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3 — ص: 493</w:t>
        <w:br/>
      </w:r>
      <w:r>
        <w:rPr>
          <w:rtl w:val="1"/>
        </w:rPr>
        <w:t xml:space="preserve"> أخبرنا محمد بن عمر، قال : أخبرنا يحيى بن عبد العزيز، عن بشير بن محمد بن عبد الله بن زيد</w:t>
        <w:br/>
      </w:r>
      <w:r>
        <w:rPr>
          <w:color w:val="000000"/>
          <w:rtl w:val="1"/>
        </w:rPr>
        <w:t xml:space="preserve">قال :  </w:t>
      </w:r>
      <w:r>
        <w:rPr>
          <w:color w:val="FF0000"/>
          <w:rtl w:val="1"/>
        </w:rPr>
        <w:t xml:space="preserve">بعثَ رسولُ الله ﷺ بَشِيرَ بنَ سعدٍ في سريّةٍ في ثلاثِ مئةٍ إلى يُمْنٍ وجَبَار بينَ فَدَك ووادِي القُرى،  </w:t>
      </w:r>
      <w:r>
        <w:rPr>
          <w:color w:val="FF0000"/>
          <w:rtl w:val="1"/>
        </w:rPr>
        <w:t xml:space="preserve">وكان بها ناسٌ من غطَفَانَ قد تجمَّعوا مع عُيينةَ بن حِصْنٍ الفَزَاريِّ، فلَقِيَهم بَشيرٌ ففَضَّ جَمْعَهم، وظَفِرَ بهِم، وقَتَلَ وسَبَى وغَنِمَ، وهَرَبَ عُيينةُ وأَصحابُه في كلِّ وجهٍ.  </w:t>
      </w:r>
      <w:r>
        <w:rPr>
          <w:color w:val="FF0000"/>
          <w:rtl w:val="1"/>
        </w:rPr>
        <w:t xml:space="preserve">وكانت هذه السَّريّةُ في شوَّالٍ سنةَ سَبْع. </w:t>
      </w:r>
    </w:p>
    <w:p>
      <w:pPr>
        <w:bidi w:val="1"/>
        <w:jc w:val="start"/>
      </w:pPr>
      <w:r>
        <w:rPr>
          <w:rtl w:val="1"/>
        </w:rPr>
        <w:t>الشرح: الدلالة: سرية بشير بن سعد إلى يمن وجبار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