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المُلتزم-أول كتاب المناسك-سنن أبي داود — رقم الحديث: 1899 — الرقم الفرعي: 99 — الرقم الأصلي: 1899</w:t>
        <w:br/>
      </w:r>
      <w:r>
        <w:rPr>
          <w:rtl w:val="1"/>
        </w:rPr>
        <w:t xml:space="preserve"> حدثنا مُسدد ثنا عيسى بن يونس ثنا المثنى بن الصباح عن عمرو بن شعيب عن أبيه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طفت مع عبد الله، فلما جئنا دُبُرَ الكعبةِ قلتُ: ألا تتعوَّذ، قال: نعوذُ بالله من النار، ثم مضى حتى استلَم الحجر، وأقامَ بين الركنِ والبابِ، فوضع صدرَه، ووجهه، وذِراعيهِ، وكفيه هكذا، وبسَطهما بسطاً، ثم قال: هكذا رأيتُ رسولَ الله ﷺ يفعله.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استلام الركن اليماني والتزام الملتزَم - كيفية الطواف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الحج والعمرة و 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