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التشهد-كتاب الصلاة-سنن أبي داود — رقم الحديث: 971 — الرقم الفرعي: 99 — الرقم الأصلي: 971</w:t>
        <w:br/>
      </w:r>
      <w:r>
        <w:rPr>
          <w:rtl w:val="1"/>
        </w:rPr>
        <w:t xml:space="preserve"> حدثنا نصر بن عليّ حدثني أبي ثنا شعبة عن أبي بِشر سمعت مجاهداً يحدث عن ابن عمر</w:t>
        <w:br/>
      </w:r>
      <w:r>
        <w:rPr>
          <w:color w:val="000000"/>
          <w:rtl w:val="1"/>
        </w:rPr>
        <w:t xml:space="preserve">عن رسولِ الله ﷺ في التشهُّد:  </w:t>
      </w:r>
      <w:r>
        <w:rPr>
          <w:color w:val="FF0000"/>
          <w:rtl w:val="1"/>
        </w:rPr>
        <w:t xml:space="preserve">«التحيّاتُ لله، الصلواتُ الطيباتُ، السلامُ عليك أيُّها النبي ورحمةُ الله وبركاتُه - قال: قال ابن عمر: زدتُ فيها: وبركاته - السلامُ علينا وعلى عباد الله الصالحين، أشهدُ أن لا إله إلا الله - قال ابن عمر: زدتُ فيها: وحدَه لا شريك له - وأشهدُ أن محمدًا عبدُه ورسولُه».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ألفاظ التشهد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التشهد في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