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23090 — الرقم الفرعي: 99 — الرقم الأصلي: 23090 — ج: 5 — ص: 364</w:t>
        <w:br/>
      </w:r>
      <w:r>
        <w:rPr>
          <w:rtl w:val="1"/>
        </w:rPr>
        <w:t xml:space="preserve"> حدثنا يزيد أنا ابن عون عن مجاهد</w:t>
        <w:br/>
      </w:r>
      <w:r>
        <w:rPr>
          <w:color w:val="000000"/>
          <w:rtl w:val="1"/>
        </w:rPr>
        <w:t xml:space="preserve">قال: كنَّا سِتَّ سِنينَ علَينا جُنادةُ بنُ أَبي أُميَّة، فقامَ فخَطَبَنا فقال: أَتينا رجُلًا من الأَنصارِ مِن أَصحابِ رسولِ الله ﷺ، فدخَلْنا عليه فقُلنا: حدِّثنا ما سمِعتَ من رسولِ الله ﷺ، ولا تحدِّثنا ما سمِعتَ من النّاس، فشَدَّدنا عليه،  </w:t>
      </w:r>
      <w:r>
        <w:rPr>
          <w:color w:val="FF0000"/>
          <w:rtl w:val="1"/>
        </w:rPr>
        <w:t xml:space="preserve">فقال: قامَ رسولُ الله ﷺ فينا، فقال: «أَنذرتُكم المَسيحَ، وهو ممسوحُ العَين - قال: أَحسَبه قال: اليُسرَى - يَسيرُ معه جبالُ الخُبز، وأَنهارُ الماء،  </w:t>
      </w:r>
      <w:r>
        <w:rPr>
          <w:color w:val="FF0000"/>
          <w:rtl w:val="1"/>
        </w:rPr>
        <w:t xml:space="preserve">علامتُه: يَمكثُ في الأرض أَربعينَ صباحًا، يَبلُغُ سُلطانُه كلَّ مَنْهَل،  </w:t>
      </w:r>
      <w:r>
        <w:rPr>
          <w:color w:val="FF0000"/>
          <w:rtl w:val="1"/>
        </w:rPr>
        <w:t xml:space="preserve">لا يأتي أَربعةَ مساجدَ: الكَعبةَ ومسجدَ الرّسولِ والمَسجدَ الأقصى والطُّورَ،  </w:t>
      </w:r>
      <w:r>
        <w:rPr>
          <w:color w:val="FF0000"/>
          <w:rtl w:val="1"/>
        </w:rPr>
        <w:t xml:space="preserve">ومهما كان مِن ذلك فاعلَمُوا أنَّ الله عزَّ وجلَّ ليسَ بأَعوَر»  </w:t>
      </w:r>
      <w:r>
        <w:rPr>
          <w:color w:val="FF0000"/>
          <w:rtl w:val="1"/>
        </w:rPr>
        <w:t xml:space="preserve">قال ابنُ عَون: وأَحسَبه قد قال: «يُسلَّطُ على رجُلٍ فيَقتُلُه، ثم يُحْييهِ، ولا يُسلَّطُ على غيرِه».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ما ورد في أهل بيت المقدس وأكنافها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مكة والبيت الحرام  والحجر الأسود والركن والمقام..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حراسة الملائكة للمدينة من الدجال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فضل المسجد الأقصى وقبة الصخرة المشرفة،، - ما ورد في بلاد الشام وبيت المقدس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