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الكيّ-باب في الرجل يتداوى-سنن أبي داود — رقم الحديث: 3865 — الرقم الفرعي: 99 — الرقم الأصلي: 3865</w:t>
        <w:br/>
      </w:r>
      <w:r>
        <w:rPr>
          <w:rtl w:val="1"/>
        </w:rPr>
        <w:t xml:space="preserve"> حدثنا موسى بن إسماعيل ثنا حماد عن ثابت عن مطرف عن عمران بن حصين</w:t>
        <w:br/>
      </w:r>
      <w:r>
        <w:rPr>
          <w:color w:val="FF0000"/>
          <w:rtl w:val="1"/>
        </w:rPr>
        <w:t xml:space="preserve">قال: نهى النبيُّ ﷺ عن الكَيِّ، فاكْتَوَيْنا، فما أفْلَحْنَ ولا أنْجَحْنَ. </w:t>
      </w:r>
      <w:r>
        <w:rPr>
          <w:color w:val="FF0000"/>
          <w:rtl w:val="1"/>
        </w:rPr>
        <w:t xml:space="preserve">قال أبو داود: وكان يَسْمَعُ تسليمَ الملائِكَةِ، فلما اكتَوى، انقطَعَ عنه، فلما تَرَكَ، رَجَعَ إليه.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الكرامات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التداوي والطب (يحال إلى الصحة) - الرعاية الجسمية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