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زيارة القبور-أول كتاب الجنائز-سنن أبي داود — رقم الحديث: 3235 — الرقم الفرعي: 99 — الرقم الأصلي: 3235</w:t>
        <w:br/>
      </w:r>
      <w:r>
        <w:rPr>
          <w:rtl w:val="1"/>
        </w:rPr>
        <w:t xml:space="preserve"> حدثنا أحمد بن يونس ثنا معرف بن واصل عن محارب بن دِثار عن ابن بُرَيدة عن أبيه قال:قال رسول الله صلى الله عليه وسلم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«نَهيتُكم عن زيارةِ القُبور، فزُورُوها، فإنَّ في زيارتِها تَذكِرَة».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أولًا: ذكر الموت والاستعداد له - الروح والموت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