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المعتكف يعود المريض-كتاب الصوم-سنن أبي داود — رقم الحديث: 2472 — الرقم الفرعي: 99 — الرقم الأصلي: 2472</w:t>
        <w:br/>
      </w:r>
      <w:r>
        <w:rPr>
          <w:rtl w:val="1"/>
        </w:rPr>
        <w:t xml:space="preserve"> حدثنا عبد الله بن محمد النفيليّ و محمد بن عيسى قالا:ثنا عبد السلام بن حرب أخبرنا الليث بن أبي سليم عن عبد الرحمن بن القاسم عن أبيه عن عائشة قال النفيليّ</w:t>
        <w:br/>
      </w:r>
      <w:r>
        <w:rPr>
          <w:color w:val="FF0000"/>
          <w:rtl w:val="1"/>
        </w:rPr>
        <w:t xml:space="preserve">قالت: كان النبيُّ ﷺ يَمُرُّ بالمريضِ وهو معتكِفٌ، فيمرُّ كما هو ولا يُعرِّج يسألُ عنه،  </w:t>
      </w:r>
      <w:r>
        <w:rPr>
          <w:color w:val="FF0000"/>
          <w:rtl w:val="1"/>
        </w:rPr>
        <w:t xml:space="preserve">وقال ابنُ عيسى: قالت: إن كان النبيُّ ﷺ يعودُ المريضَ وهو مُعْتكِفٌ.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مشروعية الاعتكاف وفضله - الاعتكاف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عيادة المريض - مباحات الاعتكاف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