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شهادة الواحد على رؤية هلال رمضان-كتاب الصوم-سنن أبي داود — رقم الحديث: 2341 — الرقم الفرعي: 99 — الرقم الأصلي: 2341</w:t>
        <w:br/>
      </w:r>
      <w:r>
        <w:rPr>
          <w:rtl w:val="1"/>
        </w:rPr>
        <w:t xml:space="preserve"> حدثني موسى بن إسماعيل ثنا حمّاد عن سماك بن حرب عن عكرمة</w:t>
        <w:br/>
      </w:r>
      <w:r>
        <w:rPr>
          <w:color w:val="FF0000"/>
          <w:rtl w:val="1"/>
        </w:rPr>
        <w:t xml:space="preserve">أنهم شكُّوا في هلالِ رمضانَ مرةً فأرادُوا أن لا يَقُومُوا ولا يَصُومُوا،  </w:t>
      </w:r>
      <w:r>
        <w:rPr>
          <w:color w:val="FF0000"/>
          <w:rtl w:val="1"/>
        </w:rPr>
        <w:t xml:space="preserve">فجاء أعرابيٌّ من الحرَّة، فشهد أنه رأى الهِلالَ،  </w:t>
      </w:r>
      <w:r>
        <w:rPr>
          <w:color w:val="FF0000"/>
          <w:rtl w:val="1"/>
        </w:rPr>
        <w:t xml:space="preserve">فأُتيَ به النبيُّ ﷺ، فقال: «أتَشْهَدُ أنْ لا إله إلا الله، وأني رسولُ الله؟» قال: نعم، وشَهِدَ أنه رأى الهِلال.  </w:t>
      </w:r>
      <w:r>
        <w:rPr>
          <w:color w:val="FF0000"/>
          <w:rtl w:val="1"/>
        </w:rPr>
        <w:t xml:space="preserve">فأمر بلالاً فنادَى في النَّاسِ أن يقوُمُوا وأن يَصُومُوا.  </w:t>
      </w:r>
      <w:r>
        <w:rPr>
          <w:color w:val="FF0000"/>
          <w:rtl w:val="1"/>
        </w:rPr>
        <w:t xml:space="preserve">قال أبو داود: رواه جماعة عن سِمَاك، عن عِكْرِمَة مرسلاً، لم يذكر القيامَ أحدٌ إلا حمادُ بنُ سَلَمَةَ. </w:t>
      </w:r>
    </w:p>
    <w:p>
      <w:pPr>
        <w:bidi w:val="1"/>
        <w:jc w:val="start"/>
      </w:pPr>
      <w:r>
        <w:rPr>
          <w:rtl w:val="1"/>
        </w:rPr>
        <w:t>درجة الحديث: رجاله ثقات / رجاله ثقات</w:t>
      </w:r>
    </w:p>
    <w:p>
      <w:pPr>
        <w:bidi w:val="1"/>
        <w:jc w:val="start"/>
      </w:pPr>
      <w:r>
        <w:rPr>
          <w:rtl w:val="1"/>
        </w:rPr>
        <w:t>الشرح: الدلالة: الإيمان بنبوة محمدﷺ، وارتباطه بتوحيد الله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الشهادة على رؤية الهلال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