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الفِتن-كتاب الدعوات-صحيح البخاري — رقم الحديث: 6362 — الرقم الفرعي: 99 — الرقم الأصلي: 6362</w:t>
        <w:br/>
      </w:r>
      <w:r>
        <w:rPr>
          <w:rtl w:val="1"/>
        </w:rPr>
        <w:t xml:space="preserve"> حدثنا حفص بن عمر حدثنا هشام عن قتادة عن أنس رضي الله عنه</w:t>
        <w:br/>
      </w:r>
      <w:r>
        <w:rPr>
          <w:color w:val="FF0000"/>
          <w:rtl w:val="1"/>
        </w:rPr>
        <w:t xml:space="preserve">سألُوا رسولَ الله ﷺ حتَّى أحفَوْه المَسْألةَ، فغَضِبَ،  </w:t>
      </w:r>
      <w:r>
        <w:rPr>
          <w:color w:val="000000"/>
          <w:rtl w:val="1"/>
        </w:rPr>
        <w:t xml:space="preserve">فصَعِدَ المِنْبرَ فقال: «لا تَسْألوني اليومَ عن شيءٍ إلَّا بَيَّنتُه لكم»  </w:t>
      </w:r>
      <w:r>
        <w:rPr>
          <w:color w:val="000000"/>
          <w:rtl w:val="1"/>
        </w:rPr>
        <w:t xml:space="preserve">فجَعَلْتُ أنظُرُ يَمِينًا وشِمالًا، فإذا كلُّ رجلٍ لافٌّ رأسَه في ثوبِه يَبْكي،  </w:t>
      </w:r>
      <w:r>
        <w:rPr>
          <w:color w:val="FF0000"/>
          <w:rtl w:val="1"/>
        </w:rPr>
        <w:t xml:space="preserve">فإذا رجلٌ كان إذا لاحَى الرِّجالَ يُدْعَى لغيرِ أبيه، فقال: يا رسولَ الله، مَن أبي؟ قال: «حُذَافةُ»  </w:t>
      </w:r>
      <w:r>
        <w:rPr>
          <w:color w:val="000000"/>
          <w:rtl w:val="1"/>
        </w:rPr>
        <w:t xml:space="preserve">ثمَّ أنشَأ عمرُ فقال: رَضِينا بالله رَبًّا، وبالإسلامِ دِينًا، وبمحمَّدٍ ﷺ رسولًا، نَعُوذُ بالله منَ الفِتَنِ،  </w:t>
      </w:r>
      <w:r>
        <w:rPr>
          <w:color w:val="FF0000"/>
          <w:rtl w:val="1"/>
        </w:rPr>
        <w:t xml:space="preserve">فقال رسولُ الله ﷺ: «ما رأيتُ في الخيرِ والشَّرِّ كاليومِ قَطُّ، إنَّه صوِّرَتْ ليَ الجنَّةُ والنّارُ، حتَّى رأيتُهما وراءَ الحائطِ». </w:t>
      </w:r>
      <w:r>
        <w:rPr>
          <w:color w:val="000000"/>
          <w:rtl w:val="1"/>
        </w:rPr>
        <w:t xml:space="preserve">وكان قَتَادةُ يَذكُرُ عندَ هذا الحديثِ هذه الآيةَ: ﴿يَاأَيُّهَا الَّذِينَ آمَنُوا لَا تَسْأَلُوا عَنْ أَشْيَاءَ إِنْ تُبْدَ لَكُمْ تَسُؤْكُمْ﴾ [المائدة:101].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الأسئلة في غير موضعها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معرفته ﷺ بالأنساب مما أوحي إليه - المعارف والعلوم المتعلقة بأحوال أهل زمانه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