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وسلم:لو تعلمون ما أعلم لضحكتم-كتاب الرقاق-صحيح البخاري — رقم الحديث: 6485 — الرقم الفرعي: 99 — الرقم الأصلي: 6485</w:t>
        <w:br/>
      </w:r>
      <w:r>
        <w:rPr>
          <w:rtl w:val="1"/>
        </w:rPr>
        <w:t xml:space="preserve"> حدثنا يحيى بن بكير حدثنا الليث عن عقيل عن ابن شهاب عن سعيد بن المسيّب أنّ أبا هريرة رضي الله عنه كان يقول:قال رسول الله صلى الله عليه وسلم</w:t>
        <w:br/>
      </w:r>
      <w:r>
        <w:rPr>
          <w:color w:val="000000"/>
          <w:rtl w:val="1"/>
        </w:rPr>
        <w:t xml:space="preserve">كان يقولُ:  </w:t>
      </w:r>
      <w:r>
        <w:rPr>
          <w:color w:val="000000"/>
          <w:rtl w:val="1"/>
        </w:rPr>
        <w:t xml:space="preserve">قال رسولُ الله ﷺ:  </w:t>
      </w:r>
      <w:r>
        <w:rPr>
          <w:color w:val="FF0000"/>
          <w:rtl w:val="1"/>
        </w:rPr>
        <w:t xml:space="preserve">«لو تَعلَمونَ ما أعلَمُ لَضَحِكْتُم قليلًا ولَبكَيتُم كَثيرًا».  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أولاً: يرجو رحمة ربه ويخشى عذابه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 xml:space="preserve">الشرح: الدلالة: علمه ﷺ بأمور الآخرة - معرفة النبي ﷺ بالله تعالى 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