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طاوس في الراجع في هبته-كتاب الهبة-سنن النسائي — رقم الحديث: 3705 — الرقم الفرعي: 99 — الرقم الأصلي: 3705</w:t>
        <w:br/>
      </w:r>
      <w:r>
        <w:rPr>
          <w:rtl w:val="1"/>
        </w:rPr>
        <w:t xml:space="preserve"> أخبرنا محمد بن حاتم بن نُعيم قال:حدثنا حبّان أنبأنا عبد الله عن حنظلة أنه سمع طاوُساً أخبرنا بعض مَن أدرَكَ النبيّ ﷺ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«مَثَلُ الذي يَهَبُ فيَرجِعُ في هِبَتِه، كمَثَلِ الكلبِ يأكلُ فيَقيءُ، ثم يأكلُ قيئَه».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