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رفع اليدين في الاستسقاء-كتاب الصلاة-سنن أبي داود — رقم الحديث: 1176 — الرقم الفرعي: 99 — الرقم الأصلي: 1176</w:t>
        <w:br/>
      </w:r>
      <w:r>
        <w:rPr>
          <w:rtl w:val="1"/>
        </w:rPr>
        <w:t xml:space="preserve"> حدثنا عبد الله بن مسلمة عن مالك عن يحيى بن سعيد عن عمرو بن شعيب أنّ رسول الله صلى الله عليه وسلم ملاحظة كان يقول سند آخر   ح وحدثنا سهل بن صالح ثنا عليّ بن قادم أخبرنا سفيان عن يحيى بن سعيد عن عمرو بن شعيب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إذا استسقَى قال:  </w:t>
      </w:r>
      <w:r>
        <w:rPr>
          <w:color w:val="FF0000"/>
          <w:rtl w:val="1"/>
        </w:rPr>
        <w:t xml:space="preserve">«اللّهمَّ اسقِ عِبادكَ وبهائمَكَ، وانْشُر رحمتَكَ، وأحْيِ بلدكَ الميِّت».  </w:t>
      </w:r>
      <w:r>
        <w:rPr>
          <w:color w:val="000000"/>
          <w:rtl w:val="1"/>
        </w:rPr>
        <w:t xml:space="preserve">هذا لفظ حديث مالك.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أدعيته ﷺ في الاستسقاء وصفتها - أذكار النبي ﷺ وأدعيته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الاستسقاء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