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شهادة النبيّ صلى الله عليه وسلم،لعمر بالعلم-كتاب المناقب-سنن الترمذي — رقم الحديث: 3688 — الرقم الفرعي: 99 — الرقم الأصلي: 3690</w:t>
        <w:br/>
      </w:r>
      <w:r>
        <w:rPr>
          <w:rtl w:val="1"/>
        </w:rPr>
        <w:t xml:space="preserve"> حدثنا عليّ بن حُجر حدثنا إسماعيل بن جعفر عن حميد عن أنس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«دَخلتُ الجَنّة، فإذا أنا بقَصرٍ مِن ذَهب، فقلتُ: لمَن هذا القَصر؟ قالوا: لشابٍّ مِن قُريش،  </w:t>
      </w:r>
      <w:r>
        <w:rPr>
          <w:color w:val="FF0000"/>
          <w:rtl w:val="1"/>
        </w:rPr>
        <w:t xml:space="preserve">فظَننتُ أَني أنا هو، فقلتُ: ومَن هو؟ فقالوا: عُمر بنُ الخَطّاب».  </w:t>
      </w:r>
      <w:r>
        <w:rPr>
          <w:color w:val="000000"/>
          <w:rtl w:val="1"/>
        </w:rPr>
        <w:t xml:space="preserve">هذا حديثٌ صحيح.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أبو بكر وعمر وعثمان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