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شهادة المرضعة-كتاب الشهادات-صحيح البخاري — رقم الحديث: 2660 — الرقم الفرعي: 99 — الرقم الأصلي: 2660</w:t>
        <w:br/>
      </w:r>
      <w:r>
        <w:rPr>
          <w:rtl w:val="1"/>
        </w:rPr>
        <w:t xml:space="preserve"> حدثنا أبو عاصم عن عمر بن سعيد عن ابن أبي مليكة عن عقبة بن الحارث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تَزوَّجْتُ امرأةً، فجاءَتِ امرأةٌ فقالت: إنّي قد أرضَعتُكُما،  </w:t>
      </w:r>
      <w:r>
        <w:rPr>
          <w:color w:val="FF0000"/>
          <w:rtl w:val="1"/>
        </w:rPr>
        <w:t xml:space="preserve">فأَتيتُ النّبيَّ ﷺ، فقال: «وكيفَ وقد قيلَ؟! دَعْها عنكَ»  </w:t>
      </w:r>
      <w:r>
        <w:rPr>
          <w:color w:val="000000"/>
          <w:rtl w:val="1"/>
        </w:rPr>
        <w:t xml:space="preserve">أو نَحْوَه. </w:t>
      </w:r>
    </w:p>
    <w:p>
      <w:pPr>
        <w:bidi w:val="1"/>
        <w:jc w:val="start"/>
      </w:pPr>
      <w:r>
        <w:rPr>
          <w:rtl w:val="1"/>
        </w:rPr>
        <w:t>الشرح: الدلالة: الرضاع - التفريق عن طريق الشرع (بعد ثبوت العقد الصحيح)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