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 الله إبراهيم خليلاً-كتاب الأنبياء-صحيح البخاري — رقم الحديث: 3352 — الرقم الفرعي: 99 — الرقم الأصلي: 3352</w:t>
        <w:br/>
      </w:r>
      <w:r>
        <w:rPr>
          <w:rtl w:val="1"/>
        </w:rPr>
        <w:t xml:space="preserve"> حدثنا إبراهيم بن موسى أخبرنا هشام عن معمر عن أيوب عن عكرمة عن ابن عباس رضي الله عنهما</w:t>
        <w:br/>
      </w:r>
      <w:r>
        <w:rPr>
          <w:color w:val="FF0000"/>
          <w:rtl w:val="1"/>
        </w:rPr>
        <w:t xml:space="preserve">أنَّ النبيَّ ﷺ لمَّا رأى الصُّوَرَ في البيتِ، لم يَدخُلْ حتَّى أمَرَ بها فمُحِيَتْ،  </w:t>
      </w:r>
      <w:r>
        <w:rPr>
          <w:color w:val="000000"/>
          <w:rtl w:val="1"/>
        </w:rPr>
        <w:t xml:space="preserve">ورأى إبراهيمَ وإسماعيلَ عليهما السَّلام بأيدِيهما الأزْلامُ، فقال: «قاتَلَهم اللهُ، واللهِ إنِ استَقْسَما بالأزْلامِ قَطُّ». 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