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الوكالة في قضاء الديون-كتاب الوكالة-صحيح البخاري — رقم الحديث: 2306 — الرقم الفرعي: 99 — الرقم الأصلي: 2306</w:t>
        <w:br/>
      </w:r>
      <w:r>
        <w:rPr>
          <w:rtl w:val="1"/>
        </w:rPr>
        <w:t xml:space="preserve"> حدثنا سليمان بن حرب حدثنا شعبة عن سلمة بن كهيل سمعت أبا سلمة بن عبد الرحمن عن أبي هريرة رضي الله عنه</w:t>
        <w:br/>
      </w:r>
      <w:r>
        <w:rPr>
          <w:color w:val="FF0000"/>
          <w:rtl w:val="1"/>
        </w:rPr>
        <w:t xml:space="preserve">أنَّ رجلا أتَى النبيَّ ﷺ يَتَقاضاه، فأغْلَظَ،  </w:t>
      </w:r>
      <w:r>
        <w:rPr>
          <w:color w:val="FF0000"/>
          <w:rtl w:val="1"/>
        </w:rPr>
        <w:t xml:space="preserve">فهَمَّ به أصحابُه، فقال رسولُ الله ﷺ: «دَعُوه، فإنَّ لصاحبِ الحقِّ مَقالًا»  </w:t>
      </w:r>
      <w:r>
        <w:rPr>
          <w:color w:val="FF0000"/>
          <w:rtl w:val="1"/>
        </w:rPr>
        <w:t xml:space="preserve">ثمَّ قال: «أَعطُوه سِنًّا مِثلَ سِنِّه»  </w:t>
      </w:r>
      <w:r>
        <w:rPr>
          <w:color w:val="FF0000"/>
          <w:rtl w:val="1"/>
        </w:rPr>
        <w:t xml:space="preserve">قالوا: يا رسولَ الله، إلَّا أمثَلَ من سِنِّه،  </w:t>
      </w:r>
      <w:r>
        <w:rPr>
          <w:color w:val="FF0000"/>
          <w:rtl w:val="1"/>
        </w:rPr>
        <w:t xml:space="preserve">فقال: «أَعطُوه، فإنَّ من خيرِكم أحسَنَكم قَضاءً». </w:t>
      </w:r>
    </w:p>
    <w:p>
      <w:pPr>
        <w:bidi w:val="1"/>
        <w:jc w:val="start"/>
      </w:pPr>
      <w:r>
        <w:rPr>
          <w:rtl w:val="1"/>
        </w:rPr>
        <w:t>الشرح: الدلالة: تسامحه ﷺ مع من أغلظ عليه في قضاء الدين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حلمه ﷺ فيمن أغلظ له في طلب القضاء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جوده ﷺ عند أداء الحقوق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