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لا يحبّ عليّاً إلاّ مؤمن-كتاب المناقب-سنن الترمذي — رقم الحديث: 3737 — الرقم الفرعي: 99 — الرقم الأصلي: 3739</w:t>
        <w:br/>
      </w:r>
      <w:r>
        <w:rPr>
          <w:rtl w:val="1"/>
        </w:rPr>
        <w:t xml:space="preserve"> حدثنا محمد بن بشار و يعقوب بن إبراهيم ملاحظة وغير واحد قالوا:أخبرنا أبو عاصم عن أبي الجرّاح قال:حدثني جابر بن صبح قال:حدثتني أم شراحيل قالت :حدثتني أم عطية</w:t>
        <w:br/>
      </w:r>
      <w:r>
        <w:rPr>
          <w:color w:val="FF0000"/>
          <w:rtl w:val="1"/>
        </w:rPr>
        <w:t xml:space="preserve">قالت: حدَّثَتْني أُمُّ عَطيَّةَ، قالت: بَعثَ النبيُّ ﷺ جيشًا فيهم عَليٌّ، قالت: فسَمِعتُ النبيَّ ﷺ وهو رافعٌ يَديْهِ يقولُ: «اللَّهُمَّ لا تُمِتْني حتَّى ‌تُرِيَني عَليًّا».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رفع اليدين عند الدعاء - آداب الذكر والدعاء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