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عند أذان المغرب-كتاب الصلاة-سنن أبي داود — رقم الحديث: 530 — الرقم الفرعي: 99 — الرقم الأصلي: 530</w:t>
        <w:br/>
      </w:r>
      <w:r>
        <w:rPr>
          <w:rtl w:val="1"/>
        </w:rPr>
        <w:t xml:space="preserve"> حدثنا مؤمل بن إهاب ثنا عبد الله بن الوليد العدنيّ ثنا القاسم بن معن ثنا المسعوديّ عن أبي كثير مولى أمّ سلمة عن أمّ سلمة</w:t>
        <w:br/>
      </w:r>
      <w:r>
        <w:rPr>
          <w:color w:val="FF0000"/>
          <w:rtl w:val="1"/>
        </w:rPr>
        <w:t xml:space="preserve">قالت: علّمني رسولُ الله ﷺ أن أقولَ عند أذان المعْرب:  </w:t>
      </w:r>
      <w:r>
        <w:rPr>
          <w:color w:val="FF0000"/>
          <w:rtl w:val="1"/>
        </w:rPr>
        <w:t xml:space="preserve">«اللهمَّ هذا إقبالُ ليلِكَ، وإدبارُ نهارِكَ، وأصواتُ دُعاتِكَ، فاغفِر لي».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أذكار الأذان والإقامة وأدعيتهما.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