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أولاد المشركين-كتاب الجنائز-صحيح البخاري — رقم الحديث: 1384 — الرقم الفرعي: 99 — الرقم الأصلي: 1384</w:t>
        <w:br/>
      </w:r>
      <w:r>
        <w:rPr>
          <w:rtl w:val="1"/>
        </w:rPr>
        <w:t xml:space="preserve"> حدثنا أبو اليمان أخبرنا شعيب عن الزهريّ قال:أخبرني عطاء بن يزيد الليثيّ</w:t>
        <w:br/>
      </w:r>
      <w:r>
        <w:rPr>
          <w:color w:val="000000"/>
          <w:rtl w:val="1"/>
        </w:rPr>
        <w:t xml:space="preserve">أنَّه سَمِعَ أبا هُرَيرةَ، رضي الله عنه، يقولُ:  </w:t>
      </w:r>
      <w:r>
        <w:rPr>
          <w:color w:val="FF0000"/>
          <w:rtl w:val="1"/>
        </w:rPr>
        <w:t xml:space="preserve">سُئِلَ النبيُّ ﷺ عن ذَرَاريِّ المشركينَ، فقال: «اللهُ أعلمُ بما كانُوا عامِلِينَ».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وفيات الأطفال - فئات الأعمار</w:t>
      </w:r>
    </w:p>
    <w:p>
      <w:pPr>
        <w:bidi w:val="1"/>
        <w:jc w:val="start"/>
      </w:pPr>
      <w:r>
        <w:rPr>
          <w:rtl w:val="1"/>
        </w:rPr>
        <w:t>الشرح: الدلالة: مصائر الأطفال وآبائهم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علم الله 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