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من رأى الاستفتاح بسبحانك اللهم بحمدك-كتاب الصلاة-سنن أبي داود — رقم الحديث: 776 — الرقم الفرعي: 99 — الرقم الأصلي: 776</w:t>
        <w:br/>
      </w:r>
      <w:r>
        <w:rPr>
          <w:rtl w:val="1"/>
        </w:rPr>
        <w:t xml:space="preserve"> حدثنا حسين بن عيسى ثنا طلق بن غنام ثنا عبد السلام بن حرب الملائيّ عن بديل بن ميسرة عن أبي الجوزاء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كان رسولُ الله ﷺ إذا استفتَحَ الصّلاةَ قال: «سُبحانك اللَّهم، وبحمدِكَ، وتبارك اسمُك، وتعالى جَدك، ولا إله غيرُك». </w:t>
      </w:r>
      <w:r>
        <w:rPr>
          <w:color w:val="000000"/>
          <w:rtl w:val="1"/>
        </w:rPr>
        <w:t xml:space="preserve">قال أبو داود: وهذا الحديثُ ليس بالمشهور عن عبد السلام بن حرب، لم يروِه إلا طَلقُ بن غنام، وقد روى قصَّةَ الصلاة عن بُدَيلِ جماعةٌ، لم يذكروا فيه شيئًا من هذا.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أدعية افتتاح الصلاة - افتتاح الصلاة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التوحيد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