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صلاة المسافرين وقصرها-كتاب صلاة المسافرين وقصرها-صحيح مسلم — رقم الحديث: 692 — الرقم الفرعي: 1 — الرقم الأصلي: 692</w:t>
        <w:br/>
      </w:r>
      <w:r>
        <w:rPr>
          <w:rtl w:val="1"/>
        </w:rPr>
        <w:t xml:space="preserve"> حدثنا زهير بن حرب و محمد بن بشّار جميعاً عن ابن مهدي قال: قال زهير حدثنا عبد الرحمن بن مهدي حدثنا شُعبة عن يزيد بن خُمير عن حبيب بن عُبيد عن جُبير بن نُفير</w:t>
        <w:br/>
      </w:r>
      <w:r>
        <w:rPr>
          <w:color w:val="FF0000"/>
          <w:rtl w:val="1"/>
        </w:rPr>
        <w:t xml:space="preserve">قال: خرجتُ مَعَ شُرَحبِيل بنِ السِّمط إلى قَريةٍ على رَأسِ سَبعةَ عَشَر، أو ثَمَانِيةَ عَشَر مِيلاً، فصَلَّى رَكعَتَين، </w:t>
      </w:r>
      <w:r>
        <w:rPr>
          <w:color w:val="FF0000"/>
          <w:rtl w:val="1"/>
        </w:rPr>
        <w:t xml:space="preserve">فقلتُ له: فقال: رَأيتُ عُمَرَ صَلَّى بذِي الحُلَيفةَ رَكعَتَين،  </w:t>
      </w:r>
      <w:r>
        <w:rPr>
          <w:color w:val="FF0000"/>
          <w:rtl w:val="1"/>
        </w:rPr>
        <w:t xml:space="preserve">فقلتُ له: فقال: «إنَّما أَفعَلُ كمَا رأيتُ رَسولَ الله ﷺ يَفعل».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مسافة القصر - صلاة المسافر وقصر الصلاة.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