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الإمامة-سنن النسائي — رقم الحديث: 777 — الرقم الفرعي: 99 — الرقم الأصلي: 777</w:t>
        <w:br/>
      </w:r>
      <w:r>
        <w:rPr>
          <w:rtl w:val="1"/>
        </w:rPr>
        <w:t xml:space="preserve"> أخبرنا إسحاق بن إبراهيم و هنّاد بن السّريّ عن حسين بن عليّ عن زائدة عن عاصم عن زِر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قُبِضَ رسولُ الله ﷺ قالت الأَنصار: مِنَّا أَميرٌ ومِنكُم أَمير.  </w:t>
      </w:r>
      <w:r>
        <w:rPr>
          <w:color w:val="FF0000"/>
          <w:rtl w:val="1"/>
        </w:rPr>
        <w:t xml:space="preserve">فأَتاهُم عمرُ فقال: ألَستُم تَعلَمونَ أنَّ رسولَ الله ﷺ قد أَمرَ أَبا بكرٍ أن يُصلِّي بالنَّاس، فأيُّكم تَطيبُ نفسُه أن يتقدَّمَ أَبا بكر؟  </w:t>
      </w:r>
      <w:r>
        <w:rPr>
          <w:color w:val="FF0000"/>
          <w:rtl w:val="1"/>
        </w:rPr>
        <w:t xml:space="preserve">قالوا نعوذُ باللهِ أن نَتقدَّم أبا بَكر.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خبر سقيفة بني ساعدة ومبايعة أبي بكر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