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استحباب صوم ستة أيام من شوال،اتباعاً لرمضان-كتاب الصيام-صحيح مسلم — رقم الحديث: 1164 — الرقم الفرعي: 1 — الرقم الأصلي: 1164</w:t>
        <w:br/>
      </w:r>
      <w:r>
        <w:rPr>
          <w:rtl w:val="1"/>
        </w:rPr>
        <w:t xml:space="preserve"> حدثنا يحيى بن أيوب و قتيبة بن سعيد و عليّ بن حُجْر جميعاً عن إسماعيل قال ابن أيوب حدثنا إسماعيل بن جعفر أخبرني سعد بن سعيد بن قيس عن عمر بن ثابت بن الحارث الخزرجيّ عن أبي أيوب الأنصاريّ رضي الله عنه أنه حدثه أن رسول الله صلى الله عليه وسلم</w:t>
        <w:br/>
      </w:r>
      <w:r>
        <w:rPr>
          <w:color w:val="FF0000"/>
          <w:rtl w:val="1"/>
        </w:rPr>
        <w:t xml:space="preserve">قال: «مَن صَامَ رَمَضانَ ثُمَّ أَتبَعَه سِتًّا مِن شَوَّالٍ، كان كصِيَامِ الدَّهرِ». </w:t>
      </w:r>
    </w:p>
    <w:p>
      <w:pPr>
        <w:bidi w:val="1"/>
        <w:jc w:val="start"/>
      </w:pPr>
      <w:r>
        <w:rPr>
          <w:rtl w:val="1"/>
        </w:rPr>
        <w:t>درجة الحديث: صحيح</w:t>
      </w:r>
    </w:p>
    <w:p>
      <w:pPr>
        <w:bidi w:val="1"/>
        <w:jc w:val="start"/>
      </w:pPr>
      <w:r>
        <w:rPr>
          <w:rtl w:val="1"/>
        </w:rPr>
        <w:t>الشرح: الدلالة: التوجيه بترك المعصية - العقوبات</w:t>
      </w:r>
    </w:p>
    <w:p>
      <w:pPr>
        <w:bidi w:val="1"/>
        <w:jc w:val="start"/>
      </w:pPr>
      <w:r>
        <w:rPr>
          <w:rtl w:val="1"/>
        </w:rPr>
        <w:t>الشرح: الدلالة: الترغيب بالثواب - التوجيه بترك ألمعصية</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العمل الصالح - القيم والأخلاق المحمودة</w:t>
      </w:r>
    </w:p>
    <w:p>
      <w:pPr>
        <w:bidi w:val="1"/>
        <w:jc w:val="start"/>
      </w:pPr>
      <w:r>
        <w:rPr>
          <w:rtl w:val="1"/>
        </w:rPr>
        <w:t>الشرح: الدلالة: أسلوب ضرب المثل والتشبيه</w:t>
      </w:r>
    </w:p>
    <w:p>
      <w:pPr>
        <w:bidi w:val="1"/>
        <w:jc w:val="start"/>
      </w:pPr>
      <w:r>
        <w:rPr>
          <w:rtl w:val="1"/>
        </w:rPr>
        <w:t>الشرح: الدلالة: ستة أيام من شوال - ما ورد في الترغيب في صيام التطوع</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بالثواب والعقاب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