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قوله صلى الله عليه وسلم:لا تزال طائفة من أمتي ظاهرين على الحقّ-كتاب الإمارة-صحيح مسلم — رقم الحديث: 1923 — الرقم الفرعي: 99 — الرقم الأصلي: 1923</w:t>
        <w:br/>
      </w:r>
      <w:r>
        <w:rPr>
          <w:rtl w:val="1"/>
        </w:rPr>
        <w:t xml:space="preserve"> حدثني هارون بن عبد الله و حجّاج بن الشّاعر قالا:حدثنا حجّاج بن محمد قال:قال ابن جُرَيْج أخبرني أبو الزبير أنه سمع جابر بن عبد الله يقول:سمعت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«لا تزالُ طائفةٌ مِن أُمّتي يُقاتِلون على الحقّ، ظاهرين إلى يومِ القِيامة». 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الدفاع عن عقيدة الأمة ونظامها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قيمة صبر الطائفة المؤمنة وثباتها - قيم الصبر والثبات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الثبات و المرونة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