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اللعان-كتاب الطلاق-سنن ابن ماجة — رقم الحديث: 2070 — الرقم الفرعي: 99 — الرقم الأصلي: 2070</w:t>
        <w:br/>
      </w:r>
      <w:r>
        <w:rPr>
          <w:rtl w:val="1"/>
        </w:rPr>
        <w:t xml:space="preserve"> حدثنا عليّ بن سلمة النّيسابوريّ ثنا يعقوب بن إبراهيم بن سعد ثنا أبي عن ابن إسحاق قال:ذكر طلحة بن نافع عن سعيد بن جبير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تزوَّجَ رجلٌ من الأنصارِ مِن امرأةٍ من بَلْعَجلان، فدَخلَ بها، فباتَ عندَها،  </w:t>
      </w:r>
      <w:r>
        <w:rPr>
          <w:color w:val="FF0000"/>
          <w:rtl w:val="1"/>
        </w:rPr>
        <w:t xml:space="preserve">فلمَّا أَصبح قال: ما وجدتُها عذراءَ،  </w:t>
      </w:r>
      <w:r>
        <w:rPr>
          <w:color w:val="FF0000"/>
          <w:rtl w:val="1"/>
        </w:rPr>
        <w:t xml:space="preserve">فرُفِع شأنُهما إلى رسولِ الله ﷺ،  </w:t>
      </w:r>
      <w:r>
        <w:rPr>
          <w:color w:val="FF0000"/>
          <w:rtl w:val="1"/>
        </w:rPr>
        <w:t xml:space="preserve">فدعا الجاريةَ فسألَها، فقالت: بلى، قد كنتُ عذراءَ،  </w:t>
      </w:r>
      <w:r>
        <w:rPr>
          <w:color w:val="FF0000"/>
          <w:rtl w:val="1"/>
        </w:rPr>
        <w:t xml:space="preserve">فأَمرَ بهما فتلاعَنا، وأَعطاها المَهر.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اللعان - التفريق للعان</w:t>
      </w:r>
    </w:p>
    <w:p>
      <w:pPr>
        <w:bidi w:val="1"/>
        <w:jc w:val="start"/>
      </w:pPr>
      <w:r>
        <w:rPr>
          <w:rtl w:val="1"/>
        </w:rPr>
        <w:t>الشرح: الدلالة: كيفية اللعان وصفته ومكانه - التفريق للعان</w:t>
      </w:r>
    </w:p>
    <w:p>
      <w:pPr>
        <w:bidi w:val="1"/>
        <w:jc w:val="start"/>
      </w:pPr>
      <w:r>
        <w:rPr>
          <w:rtl w:val="1"/>
        </w:rPr>
        <w:t>الشرح: الدلالة: سؤال الإمام المرأة - التفريق للعان</w:t>
      </w:r>
    </w:p>
    <w:p>
      <w:pPr>
        <w:bidi w:val="1"/>
        <w:jc w:val="start"/>
      </w:pPr>
      <w:r>
        <w:rPr>
          <w:rtl w:val="1"/>
        </w:rPr>
        <w:t>الشرح: الدلالة: عدم إعادة المهر للزوج - الآثار المترتبة على اللعان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