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أسمائه صلى الله عليه وسلم-كتاب الفضائل-صحيح مسلم — رقم الحديث: 2355 — الرقم الفرعي: 99 — الرقم الأصلي: 2355</w:t>
        <w:br/>
      </w:r>
      <w:r>
        <w:rPr>
          <w:rtl w:val="1"/>
        </w:rPr>
        <w:t xml:space="preserve"> وحدثنا إسحاق بن إبراهيم الحنظليّ أخبرنا جَرير عن الأعمش عن عمرو بن مُرّة عن أبي عبيدة عن أبي موسى الأشعريّ</w:t>
        <w:br/>
      </w:r>
      <w:r>
        <w:rPr>
          <w:color w:val="000000"/>
          <w:rtl w:val="1"/>
        </w:rPr>
        <w:t xml:space="preserve">قال: كان رسولُ الله ﷺ ، يُسمِّي لنا نفسَه أَسماءً،  </w:t>
      </w:r>
      <w:r>
        <w:rPr>
          <w:color w:val="000000"/>
          <w:rtl w:val="1"/>
        </w:rPr>
        <w:t xml:space="preserve">فقال: «أنا محمَّد، وأحمدُ، والمُقَفِّي، والحاشِر، ونبيُّ التَّوبة، ونبيُّ الرَّحمة».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أسماؤه ﷺ - شرف نسب النبي ﷺ وأسماؤه وكنيته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