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النظر إلى المرأة إذا أراد أن يتزوّجها-كتاب النكاح-سنن ابن ماجة — رقم الحديث: 1866 — الرقم الفرعي: 99 — الرقم الأصلي: 1866</w:t>
        <w:br/>
      </w:r>
      <w:r>
        <w:rPr>
          <w:rtl w:val="1"/>
        </w:rPr>
        <w:t xml:space="preserve"> حدثنا الحسن بن أبي الربيع أنبأنا عبد الرزاق عن مَعمَر عن ثابت البُنانيّ عن بكر بن عبد الله المُزنيّ عن المغيرة بن شعبة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أتيتُ النبيَّ ﷺ، فذكرتُ له امرأةً أَخطُبُها،  </w:t>
      </w:r>
      <w:r>
        <w:rPr>
          <w:color w:val="FF0000"/>
          <w:rtl w:val="1"/>
        </w:rPr>
        <w:t xml:space="preserve">فقال: «اذهَب فانظر إلَيها، فإنَّه أَجدَرُ أَن يُؤدَمَ بَينَكُما».  </w:t>
      </w:r>
      <w:r>
        <w:rPr>
          <w:color w:val="FF0000"/>
          <w:rtl w:val="1"/>
        </w:rPr>
        <w:t xml:space="preserve">فأتيتُ امرأةً مِن الأَنصار، فخَطَبتُها إلى أَبَويها، وأَخبرتُهما بقَولِ النبيِّ ﷺ، فكأنَّهما كَرِها ذلك،  </w:t>
      </w:r>
      <w:r>
        <w:rPr>
          <w:color w:val="000000"/>
          <w:rtl w:val="1"/>
        </w:rPr>
        <w:t xml:space="preserve">قال: فسَمعَت ذلك المرأةُ، وهي في خِدرِها، فقالت: إن كانَ رَسولُ الله ﷺ أَمَركَ أن تَنظُر، فانظُر، وإلا فأَنشُدك،  </w:t>
      </w:r>
      <w:r>
        <w:rPr>
          <w:color w:val="000000"/>
          <w:rtl w:val="1"/>
        </w:rPr>
        <w:t xml:space="preserve">كأنَّها أَعظَمت ذلك،  </w:t>
      </w:r>
      <w:r>
        <w:rPr>
          <w:color w:val="000000"/>
          <w:rtl w:val="1"/>
        </w:rPr>
        <w:t xml:space="preserve">قال: فنَظرتُ إلَيها فتَزَوجتُها.  </w:t>
      </w:r>
      <w:r>
        <w:rPr>
          <w:color w:val="000000"/>
          <w:rtl w:val="1"/>
        </w:rPr>
        <w:t xml:space="preserve">فذَكَر مِن مُوافَقَتِها.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السكن والمودة - مقاصد الزواج</w:t>
      </w:r>
    </w:p>
    <w:p>
      <w:pPr>
        <w:bidi w:val="1"/>
        <w:jc w:val="start"/>
      </w:pPr>
      <w:r>
        <w:rPr>
          <w:rtl w:val="1"/>
        </w:rPr>
        <w:t>الشرح: الدلالة: الولاية على البكر والثيب - الولي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