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القسامة في الجاهلية-كتاب المناقب-صحيح البخاري — رقم الحديث: 3848 — الرقم الفرعي: 99 — الرقم الأصلي: 3848</w:t>
        <w:br/>
      </w:r>
      <w:r>
        <w:rPr>
          <w:rtl w:val="1"/>
        </w:rPr>
        <w:t xml:space="preserve"> حدثنا عبد الله بن محمد الجُعفيّ حدثنا سفيان أخبرنا مُطرّف</w:t>
        <w:br/>
      </w:r>
      <w:r>
        <w:rPr>
          <w:color w:val="000000"/>
          <w:rtl w:val="1"/>
        </w:rPr>
        <w:t xml:space="preserve">سمعتُ أبا السَّفَر يقول:  </w:t>
      </w:r>
      <w:r>
        <w:rPr>
          <w:color w:val="000000"/>
          <w:rtl w:val="1"/>
        </w:rPr>
        <w:t xml:space="preserve">سمعتُ ابنَ عبَّاسٍ، رضي الله عنهما، يقولُ:  </w:t>
      </w:r>
      <w:r>
        <w:rPr>
          <w:color w:val="000000"/>
          <w:rtl w:val="1"/>
        </w:rPr>
        <w:t xml:space="preserve">يا أيُّها النّاسُ، اسمَعوا منِّي ما أقولُ لكم، وأَسمِعوني ما تقولونَ، ولا تَذْهَبوا فتقولوا: قال ابنُ عبَّاسٍ، قال ابنُ عبَّاسٍ،  </w:t>
      </w:r>
      <w:r>
        <w:rPr>
          <w:color w:val="FF0000"/>
          <w:rtl w:val="1"/>
        </w:rPr>
        <w:t xml:space="preserve">مَن طافَ بالبيتِ فلْيَطُفْ مِن وراءِ الحِجْرِ،  </w:t>
      </w:r>
      <w:r>
        <w:rPr>
          <w:color w:val="FF0000"/>
          <w:rtl w:val="1"/>
        </w:rPr>
        <w:t xml:space="preserve">ولا تقولُوا: الحَطِيمُ، فإنَّ الرَّجلَ في الجاهليَّةِ كانَ يَحلِفُ، فيُلْقي سَوْطَه، أو نَعْلَه، أو قَوْسَه.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الجاهلية(تاريخ) - أديان العرب ومللهم ونحلهم</w:t>
      </w:r>
    </w:p>
    <w:p>
      <w:pPr>
        <w:bidi w:val="1"/>
        <w:jc w:val="start"/>
      </w:pPr>
      <w:r>
        <w:rPr>
          <w:rtl w:val="1"/>
        </w:rPr>
        <w:t>الشرح: الدلالة: الدِّقَّة عند الصحابة رضوان الله عليهم - الدِّقَّة</w:t>
      </w:r>
    </w:p>
    <w:p>
      <w:pPr>
        <w:bidi w:val="1"/>
        <w:jc w:val="start"/>
      </w:pPr>
      <w:r>
        <w:rPr>
          <w:rtl w:val="1"/>
        </w:rPr>
        <w:t>الشرح: الدلالة: الطواف من وراء حِجر اسماعيل - كيفية الطواف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