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حدّ المرأة على غير زوحها-كتاب الجنائز-صحيح البخاري — رقم الحديث: 1282 — الرقم الفرعي: 99 — الرقم الأصلي: 1282</w:t>
        <w:br/>
      </w:r>
      <w:r>
        <w:rPr>
          <w:rtl w:val="1"/>
        </w:rPr>
        <w:t xml:space="preserve"> موصول بالإسناد الذي قبله .</w:t>
        <w:br/>
      </w:r>
      <w:r>
        <w:rPr>
          <w:color w:val="000000"/>
          <w:rtl w:val="1"/>
        </w:rPr>
        <w:t xml:space="preserve">ثمَّ دَخَلْتُ على زَينَبَ بنتِ جَحْشٍ حينَ تُوُفِّيَ أخوها،  </w:t>
      </w:r>
      <w:r>
        <w:rPr>
          <w:color w:val="FF0000"/>
          <w:rtl w:val="1"/>
        </w:rPr>
        <w:t xml:space="preserve">فدَعَتْ بطِيبٍ فمَسَّتْ،  </w:t>
      </w:r>
      <w:r>
        <w:rPr>
          <w:color w:val="000000"/>
          <w:rtl w:val="1"/>
        </w:rPr>
        <w:t xml:space="preserve">ثمَّ قالت: ما لي بالطِّيبِ من حاجةٍ، غيرَ أنّي سمعتُ رسولَ الله ﷺ على المِنْبرِ:  </w:t>
      </w:r>
      <w:r>
        <w:rPr>
          <w:color w:val="000000"/>
          <w:rtl w:val="1"/>
        </w:rPr>
        <w:t xml:space="preserve">«لا يَحِلُّ لامرأةٍ تُؤْمِنُ بالله واليومِ الآخرِ تُحِدُّ على مَيِّتٍ فوقَ ثلاثٍ،  </w:t>
      </w:r>
      <w:r>
        <w:rPr>
          <w:color w:val="000000"/>
          <w:rtl w:val="1"/>
        </w:rPr>
        <w:t xml:space="preserve">إلّا على زوجٍ أربعةَ أشْهُرٍ وعَشْرًا».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