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التلقّي-كتاب الجهاد-سنن أبي داود — رقم الحديث: 2779 — الرقم الفرعي: 99 — الرقم الأصلي: 2779</w:t>
        <w:br/>
      </w:r>
      <w:r>
        <w:rPr>
          <w:rtl w:val="1"/>
        </w:rPr>
        <w:t xml:space="preserve"> حدثنا ابن السرح ثنا سفيان عن الزهريّ عن السائب بن يزيد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قَدِمَ النبيُّ ﷺ المَدينةَ من غَزْوَةِ تبوك، تَلَقّاهُ الناسُ، فلَقِيتُه مع الصِّبيانِ على ثَنِيَّةِ الوَداع.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لحظة الوصول إلى المدينة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