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كتاب النبيّ صلى الله عليه وسلم،إلى كسرى وقيصر-كتاب المغازي-صحيح البخاري — رقم الحديث: 4427 — الرقم الفرعي: 99 — الرقم الأصلي: 4427</w:t>
        <w:br/>
      </w:r>
      <w:r>
        <w:rPr>
          <w:rtl w:val="1"/>
        </w:rPr>
        <w:t xml:space="preserve"> حدثنا عبد الله بن محمد حدثنا سفيان عن الزهريّ عن السائب</w:t>
        <w:br/>
      </w:r>
      <w:r>
        <w:rPr>
          <w:color w:val="FF0000"/>
          <w:rtl w:val="1"/>
        </w:rPr>
        <w:t xml:space="preserve">أذْكُرُ أنّي خَرَجْتُ مع الصِّبْيانِ، نَتَلَقَّى النبيَّ ﷺ إلى ثَنِيّةِ الوَدَاع، مَقْدَمَه من غَزْوةِ تبوكَ. </w:t>
      </w:r>
    </w:p>
    <w:p>
      <w:pPr>
        <w:bidi w:val="1"/>
        <w:jc w:val="start"/>
      </w:pPr>
      <w:r>
        <w:rPr>
          <w:rtl w:val="1"/>
        </w:rPr>
        <w:t>الشرح: الدلالة: لحظة الوصول إلى المدينة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آداب عامة في الجهاد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