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شيبه صلى الله عليه وسلم-كتاب الفضائل-صحيح مسلم — رقم الحديث: 2343 — الرقم الفرعي: 1 — الرقم الأصلي: 2343</w:t>
        <w:br/>
      </w:r>
      <w:r>
        <w:rPr>
          <w:rtl w:val="1"/>
        </w:rPr>
        <w:t xml:space="preserve"> حدثنا واصل بن عبد الأعلى حدثنا محمد بن فُضَيْل عن إسماعيل بن أبي خالد عن أبي جُحَيْفَة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أَبيضَ قد شابَ،  </w:t>
      </w:r>
      <w:r>
        <w:rPr>
          <w:color w:val="FF0000"/>
          <w:rtl w:val="1"/>
        </w:rPr>
        <w:t xml:space="preserve">كان الحسنُ بن عليٍّ يُشْبِهُه.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شبه الحسن بن علي به ﷺ - في معرفة من كان يشبه النبي ﷺ في خلقته</w:t>
      </w:r>
    </w:p>
    <w:p>
      <w:pPr>
        <w:bidi w:val="1"/>
        <w:jc w:val="start"/>
      </w:pPr>
      <w:r>
        <w:rPr>
          <w:rtl w:val="1"/>
        </w:rPr>
        <w:t>الشرح: الدلالة: في صفة لونه ﷺ - الباب الثاني: خلقة النبي ﷺ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