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مناقب جعفر بن أبي طالب ،أخي عليّ رضي الله عنهما-كتاب المناقب-سنن الترمذي — رقم الحديث: 3763 — الرقم الفرعي: 99 — الرقم الأصلي: 3768</w:t>
        <w:br/>
      </w:r>
      <w:r>
        <w:rPr>
          <w:rtl w:val="1"/>
        </w:rPr>
        <w:t xml:space="preserve"> حدثنا عليّ بن حُجر حدثنا عبد الله بن جعفر عن العلاء بن عبد الرحمن عن أبيه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 رسوُل اللهِ ﷺ:  </w:t>
      </w:r>
      <w:r>
        <w:rPr>
          <w:color w:val="FF0000"/>
          <w:rtl w:val="1"/>
        </w:rPr>
        <w:t xml:space="preserve">«رأيتُ جَعفرًا يَطيرُ في الجَنّةِ مع الملائِكَة».   </w:t>
      </w:r>
      <w:r>
        <w:rPr>
          <w:color w:val="000000"/>
          <w:rtl w:val="1"/>
        </w:rPr>
        <w:t xml:space="preserve">هذا حديثٌ غريبٌ مِن حديث أبي هُرَيرةَ،  </w:t>
      </w:r>
      <w:r>
        <w:rPr>
          <w:color w:val="000000"/>
          <w:rtl w:val="1"/>
        </w:rPr>
        <w:t xml:space="preserve">لا نعرفُه إلا من حديث عبد الله بن جعفر، وقد ضعّف يحيى بن معين، وغيرُه، عبد الله بن جعفر، وهو والد عَليِّ بن المدينيّ.  </w:t>
      </w:r>
      <w:r>
        <w:rPr>
          <w:color w:val="000000"/>
          <w:rtl w:val="1"/>
        </w:rPr>
        <w:t xml:space="preserve">وفي الباب عن ابن عباس.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* جعفر بن أبي طالب - المبشرون بالجنة</w:t>
      </w:r>
    </w:p>
    <w:p>
      <w:pPr>
        <w:bidi w:val="1"/>
        <w:jc w:val="start"/>
      </w:pPr>
      <w:r>
        <w:rPr>
          <w:rtl w:val="1"/>
        </w:rPr>
        <w:t>الشرح: الدلالة: مناقب جعفر بن أبي طالب 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