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عرض مقعد الميت من الجنة والنار عليه،وإثبات عذاب القبر،والتعوذ منه-كتاب الجنة،وصفة نعيمها وأهلها-صحيح مسلم — رقم الحديث: 2868 — الرقم الفرعي: 99 — الرقم الأصلي: 2868</w:t>
        <w:br/>
      </w:r>
      <w:r>
        <w:rPr>
          <w:rtl w:val="1"/>
        </w:rPr>
        <w:t xml:space="preserve"> حدثنا محمد بن المثنى و ابن بشار قالا:حدثنا محمد بن جعفر حدثنا شعبة عن قتادة عن أنس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«لولا أَن لا تَدافَنُوا، لدَعَوتُ اللهَ أَن يُسْمِعَكُم مِن عذابِ القَبر».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اطلاعه على بعض عذاب أهل النار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