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9119 — الرقم الفرعي: 99 — الرقم الأصلي: 9119</w:t>
        <w:br/>
      </w:r>
      <w:r>
        <w:rPr>
          <w:rtl w:val="1"/>
        </w:rPr>
        <w:t xml:space="preserve"> حدثنا مسعدة بن سعد، حدثنا إبراهيم بن المنذر، حدثنا إبراهيم بن علي بن حسن بن علي بن أبي رافع، حدثني فائد مولى عبادل، عن مولاه عبادل، عن أبي رافع</w:t>
        <w:br/>
      </w:r>
      <w:r>
        <w:rPr>
          <w:color w:val="FF0000"/>
          <w:rtl w:val="1"/>
        </w:rPr>
        <w:t xml:space="preserve">أنّه باعَ قطعةً أَقطَعَهُ إيّاها رسولُ الله ﷺ عندَ دارِ سَعد بنِ أَبي وقّاص من سعدٍ بثمانيةِ آلاف دِرهم،  </w:t>
      </w:r>
      <w:r>
        <w:rPr>
          <w:color w:val="FF0000"/>
          <w:rtl w:val="1"/>
        </w:rPr>
        <w:t xml:space="preserve">قال: وكان رجلٌ قد سبَقَه بها قبلُ فأَعطاهُ عشرةَ آلاف دِرهم، فأَبى منه أن يَبيعَ منه،  </w:t>
      </w:r>
      <w:r>
        <w:rPr>
          <w:color w:val="FF0000"/>
          <w:rtl w:val="1"/>
        </w:rPr>
        <w:t xml:space="preserve">فقال أَبو رافع: إنِّي سمعتُ رسولَ الله ﷺ يقول: «أَهلُ الرُّكَح أَحقُّ برُكَحِهم».  </w:t>
      </w:r>
      <w:r>
        <w:rPr>
          <w:color w:val="000000"/>
          <w:rtl w:val="1"/>
        </w:rPr>
        <w:t xml:space="preserve">وكان سعدٌ أَسقَبَ.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الشفعة والإقالة - عقد البيع</w:t>
      </w:r>
    </w:p>
    <w:p>
      <w:pPr>
        <w:bidi w:val="1"/>
        <w:jc w:val="start"/>
      </w:pPr>
      <w:r>
        <w:rPr>
          <w:rtl w:val="1"/>
        </w:rPr>
        <w:t>الشرح: الدلالة: مشروعية الشفعة - الشفعة</w:t>
      </w:r>
    </w:p>
    <w:p>
      <w:pPr>
        <w:bidi w:val="1"/>
        <w:jc w:val="start"/>
      </w:pPr>
      <w:r>
        <w:rPr>
          <w:rtl w:val="1"/>
        </w:rPr>
        <w:t>الشرح: الدلالة: الجوار سبب من أسباب الشفعة - أسباب الشفعة</w:t>
      </w:r>
    </w:p>
    <w:p>
      <w:pPr>
        <w:bidi w:val="1"/>
        <w:jc w:val="start"/>
      </w:pPr>
      <w:r>
        <w:rPr>
          <w:rtl w:val="1"/>
        </w:rPr>
        <w:t>الشرح: الدلالة: أحكام الشفعة -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