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21485 — الرقم الفرعي: 99 — الرقم الأصلي: 21485</w:t>
        <w:br/>
      </w:r>
      <w:r>
        <w:rPr>
          <w:rtl w:val="1"/>
        </w:rPr>
        <w:t xml:space="preserve"> حدثنا عفّان ثنا حمّاد بن سلمة أنا أبو نعامة عن الأحنف بن قيس</w:t>
        <w:br/>
      </w:r>
      <w:r>
        <w:rPr>
          <w:color w:val="000000"/>
          <w:rtl w:val="1"/>
        </w:rPr>
        <w:t xml:space="preserve">قال: قَدمتُ المَدِينةَ وأنا أُريدُ العَطاء مِن عثمانَ بن عفّان،  </w:t>
      </w:r>
      <w:r>
        <w:rPr>
          <w:color w:val="000000"/>
          <w:rtl w:val="1"/>
        </w:rPr>
        <w:t xml:space="preserve">فجلستُ إلى حَلْقةٍ مِن حِلَقِ قُريش، فجاء رجلٌ عليه أَسمالٌ له، قد لفَّ ثوبًا على رأسِه،  </w:t>
      </w:r>
      <w:r>
        <w:rPr>
          <w:color w:val="FF0000"/>
          <w:rtl w:val="1"/>
        </w:rPr>
        <w:t xml:space="preserve">قال: «بَشِّر الكَنَّازين بِكَيٍّ في الجِباه، وبِكَيٍّ في الظُّهور، وبِكَيٍّ في الجُنُوب»،  </w:t>
      </w:r>
      <w:r>
        <w:rPr>
          <w:color w:val="000000"/>
          <w:rtl w:val="1"/>
        </w:rPr>
        <w:t xml:space="preserve">ثمّ تَنحّى إلى ساريةٍ فصَلَّى خلفَها رَكعَتَين. فقلتُ: مَن هذا؟ فقيل: أَبو ذرٍّ،  </w:t>
      </w:r>
      <w:r>
        <w:rPr>
          <w:color w:val="000000"/>
          <w:rtl w:val="1"/>
        </w:rPr>
        <w:t xml:space="preserve">فقلتُ له: شيءٌ سمعتُك تُنادِي به، قال: ما قلتُ لهم إلّا شيئًا سَمِعُوه مِن نَبِيِّهم ﷺ.  </w:t>
      </w:r>
      <w:r>
        <w:rPr>
          <w:color w:val="000000"/>
          <w:rtl w:val="1"/>
        </w:rPr>
        <w:t xml:space="preserve">فقلت: يرحمُك الله، إنّي كنتُ آخُذُ العطاءَ مِن عُمر، فما ترى؟ قال: خُذه فإنّ فيه اليوم مَعُونةً،  </w:t>
      </w:r>
      <w:r>
        <w:rPr>
          <w:color w:val="000000"/>
          <w:rtl w:val="1"/>
        </w:rPr>
        <w:t xml:space="preserve">ويوشك أن يكون دِينًا، فإذا كان دِينًا فارفُضه.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** كيُّ مانعي الزكاة في جباههم وجنوبهم وظهورهم - * صور من عذاب أهل النار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