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الأمر بالعفو عن القصاص-كتاب القسامة-سنن النسائي — رقم الحديث: 4783 — الرقم الفرعي: 99 — الرقم الأصلي: 4783</w:t>
        <w:br/>
      </w:r>
      <w:r>
        <w:rPr>
          <w:rtl w:val="1"/>
        </w:rPr>
        <w:t xml:space="preserve"> أخبرنا إسحاق بن إبراهيم قال:أنبأنا عبد الرحمن قال:حدثنا عبد الله ملاحظة وهو ابن بكر بن عبد الله المزنيّ عن عطاء بن أبي ميمونة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أُتي رسولُ الله ﷺ في قِصَاصٍ، فأَمَر فيه بالعَفو.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رحمته ﷺ في الدعوة إلى العفو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