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22093 — الرقم الفرعي: 99 — الرقم الأصلي: 22093</w:t>
        <w:br/>
      </w:r>
      <w:r>
        <w:rPr>
          <w:rtl w:val="1"/>
        </w:rPr>
        <w:t xml:space="preserve"> حدثنا قتيبة بن سعيد ثنا ابن لهيعة عن الحارث بن يزيد عن عليّ بن رباح عن عبد الله بن عمرو بن العاص عن معاذ</w:t>
        <w:br/>
      </w:r>
      <w:r>
        <w:rPr>
          <w:color w:val="FF0000"/>
          <w:rtl w:val="1"/>
        </w:rPr>
        <w:t xml:space="preserve">قال: عَهِدَ إلينا رَسولُ الله ﷺ، في خَمسٍ مَن فعل مِنهنّ كان ضامنًا على الله:  </w:t>
      </w:r>
      <w:r>
        <w:rPr>
          <w:color w:val="000000"/>
          <w:rtl w:val="1"/>
        </w:rPr>
        <w:t xml:space="preserve">مَن عادَ مريضًا،  </w:t>
      </w:r>
      <w:r>
        <w:rPr>
          <w:color w:val="000000"/>
          <w:rtl w:val="1"/>
        </w:rPr>
        <w:t xml:space="preserve">أَو خَرجَ مع جِنازة،  </w:t>
      </w:r>
      <w:r>
        <w:rPr>
          <w:color w:val="FF0000"/>
          <w:rtl w:val="1"/>
        </w:rPr>
        <w:t xml:space="preserve">أو خَرَجَ غازيا في سَبيلِ الله،  </w:t>
      </w:r>
      <w:r>
        <w:rPr>
          <w:color w:val="000000"/>
          <w:rtl w:val="1"/>
        </w:rPr>
        <w:t xml:space="preserve">أو دَخَلَ على إمامٍ يُريد بذٰلك تَعزيرَه وتَوقِيرَه،  </w:t>
      </w:r>
      <w:r>
        <w:rPr>
          <w:color w:val="000000"/>
          <w:rtl w:val="1"/>
        </w:rPr>
        <w:t xml:space="preserve">أو قَعد في بيتِه فيَسلم الناسُ مِنه ويَسلَم.  </w:t>
      </w:r>
    </w:p>
    <w:p>
      <w:pPr>
        <w:bidi w:val="1"/>
        <w:jc w:val="start"/>
      </w:pPr>
      <w:r>
        <w:rPr>
          <w:rtl w:val="1"/>
        </w:rPr>
        <w:t>درجة الحديث: حديث حسن</w:t>
      </w:r>
    </w:p>
    <w:p>
      <w:pPr>
        <w:bidi w:val="1"/>
        <w:jc w:val="start"/>
      </w:pPr>
      <w:r>
        <w:rPr>
          <w:rtl w:val="1"/>
        </w:rPr>
        <w:t>الشرح: الدلالة: فضل الجهاد في سبيل الله ودرجته - فضل الجهاد وثواب المجاهدين (الدولة)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