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صاعٍ من شعير-كتاب الزكاة-صحيح البخاري — رقم الحديث: 1505 — الرقم الفرعي: 99 — الرقم الأصلي: 1505</w:t>
        <w:br/>
      </w:r>
      <w:r>
        <w:rPr>
          <w:rtl w:val="1"/>
        </w:rPr>
        <w:t xml:space="preserve"> حدثنا قَبيصَة حدثنا سفيان عن زيد بن أسلم عن عياض بن عبد الله عن أَبي سَعيدٍ، رضي الله عنه،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كنَّا نُطْعِمُ الصَّدَقةَ صاعًا من شَعِير. 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الشعير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