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13773 — الرقم الفرعي: 99 — الرقم الأصلي: 13773 — ج: 3 — ص: 263</w:t>
        <w:br/>
      </w:r>
      <w:r>
        <w:rPr>
          <w:rtl w:val="1"/>
        </w:rPr>
        <w:t xml:space="preserve"> حدثنا عبد الله بن بكر حدثنا حميد عن أنس</w:t>
        <w:br/>
      </w:r>
      <w:r>
        <w:rPr>
          <w:color w:val="000000"/>
          <w:rtl w:val="1"/>
        </w:rPr>
        <w:t xml:space="preserve">قَالَ: سَمِعَ الْمُسْلِمُونَ نَبِيَّ اللهِ ﷺ يُنَادِي مِنَ اللَّيْلِ: «يَا أَبَا جَهْلِ بْنَ هِشَامٍ، وَيَا عُتْبَةَ بْنَ رَبِيعَةَ، وَيَا شَيْبَةَ بْنَ رَبِيعَةَ، وَيَا أُمَيَّةَ بْنَ خَلَفٍ، هَلْ وَجَدْتُمْ مَا وَعَدَكُمْ رَبُّكُمْ حَقًّا؟ فَإِنِّي قَدْ وَجَدْتُ مَا وَعَدَنِي رَبِّي حَقًّا»  </w:t>
      </w:r>
      <w:r>
        <w:rPr>
          <w:color w:val="000000"/>
          <w:rtl w:val="1"/>
        </w:rPr>
        <w:t xml:space="preserve">قَالُوا: يَا رَسُولَ اللهِ، تُنَادِي أَقْوَامًا قَدْ جَيَّفُوا؟ قَالَ: «مَا أَنْتُمْ بِأَسْمَعَ لِمَا أَقُولُ مِنْهُمْ، غَيْرَ أَنَّهُمْ لَا يَسْتَطِيعُونَ أَنْ يُجِيبُوا»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