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السلام-كتاب الصلاة-سنن أبي داود — رقم الحديث: 997 — الرقم الفرعي: 99 — الرقم الأصلي: 997</w:t>
        <w:br/>
      </w:r>
      <w:r>
        <w:rPr>
          <w:rtl w:val="1"/>
        </w:rPr>
        <w:t xml:space="preserve"> حدثنا عبدة بن عبد الله ثنا يحيى بن آدم ثنا موسى بن قيس الحضرميّ عن سلمة بن كهيل عن علقمة بن وائل عن أبيه</w:t>
        <w:br/>
      </w:r>
      <w:r>
        <w:rPr>
          <w:color w:val="000000"/>
          <w:rtl w:val="1"/>
        </w:rPr>
        <w:t xml:space="preserve">قال: صلَّيتُ مع النّبيِّ ﷺ  </w:t>
      </w:r>
      <w:r>
        <w:rPr>
          <w:color w:val="FF0000"/>
          <w:rtl w:val="1"/>
        </w:rPr>
        <w:t xml:space="preserve">فكان يُسلِّمُ عن يَمينِه: «السَّلامُ عليكُم ورَحمةُ الله وبَرَكاتُه»،  </w:t>
      </w:r>
      <w:r>
        <w:rPr>
          <w:color w:val="FF0000"/>
          <w:rtl w:val="1"/>
        </w:rPr>
        <w:t xml:space="preserve">وعن شِمالِه: «السَّلامُ عليكُم ورَحمةُ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