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عدّة أصحاب بدر-كتاب المغازي-صحيح البخاري — رقم الحديث: 3957 — الرقم الفرعي: 99 — الرقم الأصلي: 3957</w:t>
        <w:br/>
      </w:r>
      <w:r>
        <w:rPr>
          <w:rtl w:val="1"/>
        </w:rPr>
        <w:t xml:space="preserve"> حدثنا عمرو بن خالد حدثنا زهير حدثنا أبو إسحاق قال:سمعت البراء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حدَّثني أصحابُ محمَّدٍ ﷺ ممَّن شَهِدَ بَدْرًا أنَّهم كانوا عِدّةَ أصحاب طالُوتَ الَّذينَ جازوا معه النَّهَرَ، بضْعةَ عَشَرَ وثلاثَ مِئةٍ.  </w:t>
      </w:r>
      <w:r>
        <w:rPr>
          <w:color w:val="FF0000"/>
          <w:rtl w:val="1"/>
        </w:rPr>
        <w:t xml:space="preserve">قال البَراءُ: لا والله ما جاوَزَ معه النَّهرَ إلَّا مُؤْمِنٌ. </w:t>
      </w:r>
    </w:p>
    <w:p>
      <w:pPr>
        <w:bidi w:val="1"/>
        <w:jc w:val="start"/>
      </w:pPr>
      <w:r>
        <w:rPr>
          <w:rtl w:val="1"/>
        </w:rPr>
        <w:t>الشرح: الدلالة: متفرقات في التاريخ - التاريخ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عدد كل من جيش المسلمين وجيش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