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قدر ما تستحقّه البكر والثيّب من إقامة الزوج عندها عقب الزفاف-كتاب الرضاع-صحيح مسلم — رقم الحديث: 1460 — الرقم الفرعي: 1 — الرقم الأصلي: 1460</w:t>
        <w:br/>
      </w:r>
      <w:r>
        <w:rPr>
          <w:rtl w:val="1"/>
        </w:rPr>
        <w:t xml:space="preserve"> حدثنا أبو بكر بن أبي شَيْبة و محمد بن حاتم و يعقوب بن إبراهيم ملاحظة واللفظ لأبي بكر قالوا:حدثنا يحيى بن سعيد عن سفيان عن محمد بن أبي بكر عن عبد الملك بن أبي بكر بن عبد الرحمن بن الحارث بن هشام عن أبيه عن أمّ سلمة</w:t>
        <w:br/>
      </w:r>
      <w:r>
        <w:rPr>
          <w:color w:val="FF0000"/>
          <w:rtl w:val="1"/>
        </w:rPr>
        <w:t xml:space="preserve">أنَّ رسولَ الله ﷺ لمَّا تَزوَّجَ أمَّ سَلَمةَ، أقامَ عندَها ثلاثًا،  </w:t>
      </w:r>
      <w:r>
        <w:rPr>
          <w:color w:val="FF0000"/>
          <w:rtl w:val="1"/>
        </w:rPr>
        <w:t xml:space="preserve">وقال: «إنّه ليسَ بكِ على أهلِكِ هَوَان، إنْ شِئتِ سَبَّعتُ لكِ، وإنْ سَبَّعتُ لكِ سَبَّعتُ لنِسائي». </w:t>
      </w:r>
    </w:p>
    <w:p>
      <w:pPr>
        <w:bidi w:val="1"/>
        <w:jc w:val="start"/>
      </w:pPr>
      <w:r>
        <w:rPr>
          <w:rtl w:val="1"/>
        </w:rPr>
        <w:t>الشرح: الدلالة: عدل  النبي صلى الله عليه وسلم بين أزواجه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حسن عشرة النبي صلى الله عليه وسلم لأزواجه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قيمة العدل بين الأزواج - قيم الأسرة المسلمة</w:t>
      </w:r>
    </w:p>
    <w:p>
      <w:pPr>
        <w:bidi w:val="1"/>
        <w:jc w:val="start"/>
      </w:pPr>
      <w:r>
        <w:rPr>
          <w:rtl w:val="1"/>
        </w:rPr>
        <w:t>الشرح: الدلالة: القسم عند الزفاف للبكر والثيب - العدل بين الزوجات</w:t>
      </w:r>
    </w:p>
    <w:p>
      <w:pPr>
        <w:bidi w:val="1"/>
        <w:jc w:val="start"/>
      </w:pPr>
      <w:r>
        <w:rPr>
          <w:rtl w:val="1"/>
        </w:rPr>
        <w:t>الشرح: الدلالة: عدل النبي ﷺ - مظاهر قيمة العدل</w:t>
      </w:r>
    </w:p>
    <w:p>
      <w:pPr>
        <w:bidi w:val="1"/>
        <w:jc w:val="start"/>
      </w:pPr>
      <w:r>
        <w:rPr>
          <w:rtl w:val="1"/>
        </w:rPr>
        <w:t>الشرح: الدلالة: عدله ﷺ بين أزواجه - عدل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