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التوقيت في المسح للمقيم والمسافر-كتاب الطهارة وسننها-سنن ابن ماجة — رقم الحديث: 555 — الرقم الفرعي: 99 — الرقم الأصلي: 555</w:t>
        <w:br/>
      </w:r>
      <w:r>
        <w:rPr>
          <w:rtl w:val="1"/>
        </w:rPr>
        <w:t xml:space="preserve"> حدثنا أبو بكر بن أبي شيبة و أبو كريب قالا:ثنا زيد بن الحُبّاب قال:ثنا عمر بن عبد الله بن أبي خثعم الثُّماليّ قال:ثنا يحيى بن أبي كثير عن أبي سلمة عن أبي هريرة</w:t>
        <w:br/>
      </w:r>
      <w:r>
        <w:rPr>
          <w:color w:val="000000"/>
          <w:rtl w:val="1"/>
        </w:rPr>
        <w:t xml:space="preserve">قال: قالوا: يا رسولَ اللَّهِ ما الطُّهُورُ على الخُفَّينِ؟ قال:  </w:t>
      </w:r>
      <w:r>
        <w:rPr>
          <w:color w:val="FF0000"/>
          <w:rtl w:val="1"/>
        </w:rPr>
        <w:t xml:space="preserve">«لِلمُسافِرِ ثلاثةُ أيَّامٍ ولَيالِيهِنَّ ولِلمُقِيمِ يَومٌ ولَيلَةٌ».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مدة المسح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