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القسم بين الزوجات، وبيان أن السنة أن تكون لكلّ واحدة ليلة مع يومها-كتاب الرضاع-صحيح مسلم — رقم الحديث: 1462 — الرقم الفرعي: 99 — الرقم الأصلي: 1462</w:t>
        <w:br/>
      </w:r>
      <w:r>
        <w:rPr>
          <w:rtl w:val="1"/>
        </w:rPr>
        <w:t xml:space="preserve"> حدثنا أبو بكر بن أبي شَيْبَة حدثنا شَبَابَة بن سَوّار حدثنا سليمان بن المغيرة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للنّبيِّ ﷺ تِسعُ نِسوةٍ،  </w:t>
      </w:r>
      <w:r>
        <w:rPr>
          <w:color w:val="FF0000"/>
          <w:rtl w:val="1"/>
        </w:rPr>
        <w:t xml:space="preserve">فكان إذا قَسَمَ بينَهنَّ لا ينتهي إلى المرأةِ الأُولى إلَّا في تِسْعٍ،  </w:t>
      </w:r>
      <w:r>
        <w:rPr>
          <w:color w:val="FF0000"/>
          <w:rtl w:val="1"/>
        </w:rPr>
        <w:t xml:space="preserve">فكُنَّ يَجتَمِعنَ كلَّ ليلةٍ في بيتِ التي يأتيها،  </w:t>
      </w:r>
      <w:r>
        <w:rPr>
          <w:color w:val="FF0000"/>
          <w:rtl w:val="1"/>
        </w:rPr>
        <w:t xml:space="preserve">فكانَ في بيتِ عائشةَ، فجاءتْ زَينبُ، فمَدَّ يدَه إليها، فقالت: هذه زَينبُ، فكَفَّ النّبيُّ ﷺ يدَه، فتَقاوَلَتا حتَّى اسْتَخَبَتا،  </w:t>
      </w:r>
      <w:r>
        <w:rPr>
          <w:color w:val="FF0000"/>
          <w:rtl w:val="1"/>
        </w:rPr>
        <w:t xml:space="preserve">وأُقيمتِ الصَّلاةُ، فمَرَّ أبو بكرٍ على ذلك، فسَمِعَ أَصواتَهما، فقال: اخْرُجْ يا رسولَ الله إلى الصّلاة، واحْثُ في أَفواهِهِنَّ التُّراب، فخَرَجَ النّبيُّ ﷺ ،  </w:t>
      </w:r>
      <w:r>
        <w:rPr>
          <w:color w:val="FF0000"/>
          <w:rtl w:val="1"/>
        </w:rPr>
        <w:t xml:space="preserve">فقالت عائشةُ: الآنَ يَقضِي النّبيُّ ﷺ صلاتَه، فيَجيءُ أَبو بكر، فيَفعلُ بي ويَفعلُ،  </w:t>
      </w:r>
      <w:r>
        <w:rPr>
          <w:color w:val="FF0000"/>
          <w:rtl w:val="1"/>
        </w:rPr>
        <w:t xml:space="preserve">فلمّا قَضَى النّبيُّ ﷺ صلاتَه، أَتاها أَبو بكر، فقال لها قَولًا شديدًا، وقال: أتَصنَعين هذا؟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عدل  النبي صلى الله عليه وسلم بين 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زينب بنت جحش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عدله ﷺ بين أزواجه - عدل النبي ﷺ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حلمه ﷺ عليهن - طريقة النبي ﷺ في حل مشكلات بيته 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