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تعالىألا لعنة الله على الظالمين-كتاب المظالم-صحيح البخاري — رقم الحديث: 2441 — الرقم الفرعي: 99 — الرقم الأصلي: 2441</w:t>
        <w:br/>
      </w:r>
      <w:r>
        <w:rPr>
          <w:rtl w:val="1"/>
        </w:rPr>
        <w:t xml:space="preserve"> حدثنا موسى بن إسماعيل حدثنا همّام قال:أخبرني قتادة عن صفوان بن مُحْرِز المازنيّ</w:t>
        <w:br/>
      </w:r>
      <w:r>
        <w:rPr>
          <w:color w:val="FF0000"/>
          <w:rtl w:val="1"/>
        </w:rPr>
        <w:t xml:space="preserve">قال: بينَما أنا أمشي معَ ابنِ عمرَ رضي الله عنهما آخِذٌ بيدِه، إذْ عَرَضَ رجلٌ فقال: كيفَ سمعتَ رسولَ الله ﷺ في النَّجْوَى؟  </w:t>
      </w:r>
      <w:r>
        <w:rPr>
          <w:color w:val="FF0000"/>
          <w:rtl w:val="1"/>
        </w:rPr>
        <w:t xml:space="preserve">فقال: سمعتُ رسولَ الله ﷺ يقولُ: «إنَّ اللهَ يُدْني المؤمِنَ، فيَضَعُ عليه كَنَفَه ويَسْتُرُه، فيقولُ: أتَعرِفُ ذنبَ كذا؟ أتَعرِفُ ذنبَ كذا؟ فيقولُ: نعم أيْ رَبِّ، حتَّى إذا قَرَّرَه بذُنُوبِه، ورأى في نَفْسِه أنَّه هَلَكَ، قال: سَتَرْتُها عليكَ في الدُّنْيا، وأنا أغْفِرُها لكَ اليومَ، فيُعْطَى كتابَ حَسَناتِه.  </w:t>
      </w:r>
      <w:r>
        <w:rPr>
          <w:color w:val="FF0000"/>
          <w:rtl w:val="1"/>
        </w:rPr>
        <w:t xml:space="preserve">وأمَّا الكافرُ والمنافقون فيقولُ الأشهادُ: ﴿هَؤُلَاءِ الَّذِينَ كَذَبُوا عَلَى رَبِّهِمْ أَلَا لَعْنَةُ اللَّهِ عَلَى الظَّالِمِينَ﴾ [هود: 18]».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محاسبة الله تعالى للعباد وتكليمهم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ستر الله على المؤمن والعفو عن ذنوبه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كشف ذنوب الكافرين أمام الخلائق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مما يشهد على الإنسان يوم القيامة - الشهود يوم القيامة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