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23630 — الرقم الفرعي: 99 — الرقم الأصلي: 23630</w:t>
        <w:br/>
      </w:r>
      <w:r>
        <w:rPr>
          <w:rtl w:val="1"/>
        </w:rPr>
        <w:t xml:space="preserve"> حدثنا يونس ثنا ليث عن يزيد ملاحظة يعني ابن الهاد عن عمرو عن محمود بن لبيد أنّ رسولَ الله ﷺ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«إنَّ أخوفَ ما أخافُ عليكم الشِّركَ الأصغر»  </w:t>
      </w:r>
      <w:r>
        <w:rPr>
          <w:color w:val="000000"/>
          <w:rtl w:val="1"/>
        </w:rPr>
        <w:t xml:space="preserve">قالوا: وما الشركُ الأصغرُ يا رسوَل الله؟  </w:t>
      </w:r>
      <w:r>
        <w:rPr>
          <w:color w:val="000000"/>
          <w:rtl w:val="1"/>
        </w:rPr>
        <w:t xml:space="preserve">قال: «الرِّياءُ،  </w:t>
      </w:r>
      <w:r>
        <w:rPr>
          <w:color w:val="FF0000"/>
          <w:rtl w:val="1"/>
        </w:rPr>
        <w:t xml:space="preserve">يقولُ الله، عزّ وجلّ، لهم يومَ القيامةِ إذا جُزيَ الناسُ بأعمالِهم: اذهبوا إلى الذين كُنتُم تُراؤون في الدنيا، فانظروا، هل تَجِدُون عندَهم جزاءً».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حال المرائين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