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من فضائل أهل بدر رضي الله عنهم،وقصة حاطب بن أبي بلتعة-كتاب فضائل الصحابة-صحيح مسلم — رقم الحديث: 2495 — الرقم الفرعي: 99 — الرقم الأصلي: 2495</w:t>
        <w:br/>
      </w:r>
      <w:r>
        <w:rPr>
          <w:rtl w:val="1"/>
        </w:rPr>
        <w:t xml:space="preserve"> حدثنا قتيبة بن سعيد حدثنا ليث ح وحدثنا محمد بن رُمْح أخبرنا الليث عن أبي الزبير عن جابر</w:t>
        <w:br/>
      </w:r>
      <w:r>
        <w:rPr>
          <w:color w:val="000000"/>
          <w:rtl w:val="1"/>
        </w:rPr>
        <w:t xml:space="preserve">أنَّ عبدًا لحاطبٍ جاءَ رسولَ اللهِ ﷺ يَشكُو حاطِبًا، فقال: يا رسولَ اللهِ، لَيَدخُلَنَّ حاطِبٌ النارَ،  </w:t>
      </w:r>
      <w:r>
        <w:rPr>
          <w:color w:val="FF0000"/>
          <w:rtl w:val="1"/>
        </w:rPr>
        <w:t xml:space="preserve">فقال رسولُ اللهِ ﷺ: «كذبتَ، لا يدخُلُها؛ فإنَّه شهدَ بَدرًا والحُدَيْبِيَة».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إكرام أهل الفضل.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* أهل بدر - المبشرون بالجنة</w:t>
      </w:r>
    </w:p>
    <w:p>
      <w:pPr>
        <w:bidi w:val="1"/>
        <w:jc w:val="start"/>
      </w:pPr>
      <w:r>
        <w:rPr>
          <w:rtl w:val="1"/>
        </w:rPr>
        <w:t>الشرح: الدلالة: مناقب أهل بدر - مناقب المبشرين بالجنة سوى العشرة</w:t>
      </w:r>
    </w:p>
    <w:p>
      <w:pPr>
        <w:bidi w:val="1"/>
        <w:jc w:val="start"/>
      </w:pPr>
      <w:r>
        <w:rPr>
          <w:rtl w:val="1"/>
        </w:rPr>
        <w:t>الشرح: الدلالة: الاستدلال والاستشهاد - أساليب البحث عن المعرفة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