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23746 — الرقم الفرعي: 99 — الرقم الأصلي: 23746 — ج: 5 — ص: 445</w:t>
        <w:br/>
      </w:r>
      <w:r>
        <w:rPr>
          <w:rtl w:val="1"/>
        </w:rPr>
        <w:t xml:space="preserve"> حدثنا عبد الصمد ثنا حرب ملاحظة يعني ابن شداد ثنا حصين عن سالم بن أبي الجعد عن النعمان بن مقرن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قَدِمنا على رسولِ الله ﷺ في أَربعِ مئةٍ من مُزَينةَ،  </w:t>
      </w:r>
      <w:r>
        <w:rPr>
          <w:color w:val="FF0000"/>
          <w:rtl w:val="1"/>
        </w:rPr>
        <w:t xml:space="preserve">فأَمرَنا رسولُ الله ﷺ بأَمرِه،  </w:t>
      </w:r>
      <w:r>
        <w:rPr>
          <w:color w:val="FF0000"/>
          <w:rtl w:val="1"/>
        </w:rPr>
        <w:t xml:space="preserve">فقال بعضُ القوم: يا رسولَ الله، ما لنا طعامٌ نتزوَّد،  </w:t>
      </w:r>
      <w:r>
        <w:rPr>
          <w:color w:val="FF0000"/>
          <w:rtl w:val="1"/>
        </w:rPr>
        <w:t xml:space="preserve">فقالَ النّبيُّ ﷺ: لعُمَر: «زوِّدْهم» فقال: ما عندي إلّا فاضِلةٌ مِن تمرٍ، وما أُراها تُغني عنهم شيئًا،  </w:t>
      </w:r>
      <w:r>
        <w:rPr>
          <w:color w:val="FF0000"/>
          <w:rtl w:val="1"/>
        </w:rPr>
        <w:t xml:space="preserve">فقال: «انطلِقْ فزوِّدْهم» فانطَلَقَ بنا إلى عِلِّيَّة، فإذا فيها تمرٌ مِثل البَكْر الأَوْرَق، فقال: خذُوا،  </w:t>
      </w:r>
      <w:r>
        <w:rPr>
          <w:color w:val="FF0000"/>
          <w:rtl w:val="1"/>
        </w:rPr>
        <w:t xml:space="preserve">فأَخذَ القومُ حاجتَهم،  </w:t>
      </w:r>
      <w:r>
        <w:rPr>
          <w:color w:val="FF0000"/>
          <w:rtl w:val="1"/>
        </w:rPr>
        <w:t xml:space="preserve">قال: وكنتُ أَنا في آخِرِ القومِ، قال: فالتَفَتُّ، وما أَفقِدُ مَوضِعَ تمرةٍ وقد احتَمَلَ منه أَربعُ مئةِ رجُلٍ.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الطعام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وفد مزينة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