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كتاب العلم-أول كتاب العلم-سنن أبي داود — رقم الحديث: 3646 — الرقم الفرعي: 99 — الرقم الأصلي: 3646</w:t>
        <w:br/>
      </w:r>
      <w:r>
        <w:rPr>
          <w:rtl w:val="1"/>
        </w:rPr>
        <w:t xml:space="preserve"> حدثنا مُسَدّد و أبو بكر بن أبي شيبة قالا:ثنا يحيى عن عبيدالله بن الأخنس عن الوليد بن عبد الله بن أبي مغيث عن يوسف بن ماهك عن عبد الله بن عمرو</w:t>
        <w:br/>
      </w:r>
      <w:r>
        <w:rPr>
          <w:color w:val="FF0000"/>
          <w:rtl w:val="1"/>
        </w:rPr>
        <w:t xml:space="preserve">قال: كنتُ أَكتبُ كلَّ شيءٍ أَسمعُه من رسولِ الله ﷺ أُريدُ حِفظَه،  </w:t>
      </w:r>
      <w:r>
        <w:rPr>
          <w:color w:val="FF0000"/>
          <w:rtl w:val="1"/>
        </w:rPr>
        <w:t xml:space="preserve">فنهَتْني قريشٌ، وقالوا: أَتكتبُ كلَّ شيءٍ تَسمعُه من رسولِ الله ﷺ ، ورسولُ الله ﷺ بشَرٌ يَتكلّمُ في الغَضَبِ والرِّضا! فأَمسكتُ عن الكِتاب، </w:t>
      </w:r>
      <w:r>
        <w:rPr>
          <w:color w:val="FF0000"/>
          <w:rtl w:val="1"/>
        </w:rPr>
        <w:t xml:space="preserve"> فذَكرتُ ذلك لرَسولِ الله ﷺ، فأَومأَ بإصبَعِه إلى فِيه، فقال: «اكتُب، فوالذي نفْسِي بيَدِه، ما يَخرُجُ منه إلّا حقّ».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كتابة السنة وتدوينها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الكتابة وكتبة الوحي</w:t>
      </w:r>
    </w:p>
    <w:p>
      <w:pPr>
        <w:bidi w:val="1"/>
        <w:jc w:val="start"/>
      </w:pPr>
      <w:r>
        <w:rPr>
          <w:rtl w:val="1"/>
        </w:rPr>
        <w:t>الشرح: الدلالة: كتّاب الوحي بالمدينة - حفظ القرآن في السطور</w:t>
      </w:r>
    </w:p>
    <w:p>
      <w:pPr>
        <w:bidi w:val="1"/>
        <w:jc w:val="start"/>
      </w:pPr>
      <w:r>
        <w:rPr>
          <w:rtl w:val="1"/>
        </w:rPr>
        <w:t>الشرح: الدلالة: صدقه ﷺ في الإخبار عن الله تعالى - صدق النبي ﷺ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القلم والكتاب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عصمته ﷺ في التبليغ عن ربه - خصوصيات النبي ﷺ في عصمته</w:t>
      </w:r>
    </w:p>
    <w:p>
      <w:pPr>
        <w:bidi w:val="1"/>
        <w:jc w:val="start"/>
      </w:pPr>
      <w:r>
        <w:rPr>
          <w:rtl w:val="1"/>
        </w:rPr>
        <w:t>الشرح: الدلالة: حقه في التعليم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